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1762" w14:textId="5B947723" w:rsidR="00994C81" w:rsidRDefault="00994C81" w:rsidP="005027DD">
      <w:pPr>
        <w:ind w:left="-709"/>
        <w:jc w:val="center"/>
        <w:rPr>
          <w:rFonts w:eastAsia="SimSun"/>
          <w:b/>
          <w:bCs/>
          <w:lang w:eastAsia="zh-CN"/>
        </w:rPr>
      </w:pPr>
      <w:r w:rsidRPr="00994C81">
        <w:rPr>
          <w:rFonts w:eastAsia="SimSun"/>
          <w:b/>
          <w:bCs/>
          <w:noProof/>
          <w:lang w:eastAsia="zh-CN"/>
        </w:rPr>
        <w:drawing>
          <wp:inline distT="0" distB="0" distL="0" distR="0" wp14:anchorId="69AB574C" wp14:editId="6D1AF28C">
            <wp:extent cx="6645910" cy="1051560"/>
            <wp:effectExtent l="0" t="0" r="2540" b="0"/>
            <wp:docPr id="871376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3763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A59BB" w14:textId="61A8BC34" w:rsidR="00886721" w:rsidRPr="00994C81" w:rsidRDefault="00994C81" w:rsidP="00994C81">
      <w:pPr>
        <w:jc w:val="center"/>
        <w:rPr>
          <w:b/>
          <w:bCs/>
        </w:rPr>
      </w:pPr>
      <w:r w:rsidRPr="00994C81">
        <w:rPr>
          <w:rFonts w:eastAsia="SimSun" w:hint="eastAsia"/>
          <w:b/>
          <w:bCs/>
          <w:lang w:eastAsia="zh-CN"/>
        </w:rPr>
        <w:t>ASSM</w:t>
      </w:r>
      <w:r w:rsidRPr="00994C81">
        <w:rPr>
          <w:b/>
          <w:bCs/>
        </w:rPr>
        <w:t xml:space="preserve"> 202</w:t>
      </w:r>
      <w:r w:rsidRPr="00994C81">
        <w:rPr>
          <w:rFonts w:eastAsia="SimSun" w:hint="eastAsia"/>
          <w:b/>
          <w:bCs/>
          <w:lang w:eastAsia="zh-CN"/>
        </w:rPr>
        <w:t>6</w:t>
      </w:r>
      <w:r w:rsidRPr="00994C81">
        <w:rPr>
          <w:b/>
          <w:bCs/>
        </w:rPr>
        <w:t xml:space="preserve"> Young Investigator Award Application</w:t>
      </w:r>
    </w:p>
    <w:p w14:paraId="78714CF9" w14:textId="77777777" w:rsidR="00886721" w:rsidRDefault="00886721"/>
    <w:p w14:paraId="2DA2D7FB" w14:textId="77777777" w:rsidR="00886721" w:rsidRPr="00994C81" w:rsidRDefault="00CA40B8">
      <w:pPr>
        <w:rPr>
          <w:b/>
          <w:bCs/>
        </w:rPr>
      </w:pPr>
      <w:r w:rsidRPr="00994C81">
        <w:rPr>
          <w:b/>
          <w:bCs/>
        </w:rPr>
        <w:t>Overview of Awards</w:t>
      </w:r>
    </w:p>
    <w:p w14:paraId="6D53AE4A" w14:textId="533C41A5" w:rsidR="00886721" w:rsidRPr="00337F33" w:rsidRDefault="00337F33">
      <w:pPr>
        <w:rPr>
          <w:rFonts w:eastAsia="SimSun"/>
          <w:lang w:eastAsia="zh-CN"/>
        </w:rPr>
      </w:pPr>
      <w:r w:rsidRPr="00337F33">
        <w:t xml:space="preserve">The Young Investigator Award at </w:t>
      </w:r>
      <w:r>
        <w:rPr>
          <w:rFonts w:eastAsia="SimSun" w:hint="eastAsia"/>
          <w:lang w:eastAsia="zh-CN"/>
        </w:rPr>
        <w:t xml:space="preserve">ASSM </w:t>
      </w:r>
      <w:r w:rsidR="004D744E">
        <w:t xml:space="preserve">interim meeting </w:t>
      </w:r>
      <w:r>
        <w:rPr>
          <w:rFonts w:eastAsia="SimSun" w:hint="eastAsia"/>
          <w:lang w:eastAsia="zh-CN"/>
        </w:rPr>
        <w:t>2026</w:t>
      </w:r>
      <w:r w:rsidRPr="00337F33">
        <w:t xml:space="preserve"> is designed to </w:t>
      </w:r>
      <w:proofErr w:type="spellStart"/>
      <w:r w:rsidRPr="00337F33">
        <w:t>recogni</w:t>
      </w:r>
      <w:r w:rsidR="00D54467">
        <w:rPr>
          <w:rFonts w:eastAsia="PMingLiU" w:hint="eastAsia"/>
          <w:lang w:eastAsia="zh-TW"/>
        </w:rPr>
        <w:t>s</w:t>
      </w:r>
      <w:r w:rsidRPr="00337F33">
        <w:t>e</w:t>
      </w:r>
      <w:proofErr w:type="spellEnd"/>
      <w:r w:rsidRPr="00337F33">
        <w:t xml:space="preserve"> and support outstanding early-career researchers in the field of sleep medicine and sleep science.</w:t>
      </w:r>
      <w:r>
        <w:rPr>
          <w:rFonts w:eastAsia="SimSun" w:hint="eastAsia"/>
          <w:lang w:eastAsia="zh-CN"/>
        </w:rPr>
        <w:t xml:space="preserve"> </w:t>
      </w:r>
      <w:r w:rsidR="00FF6B09" w:rsidRPr="00FF6B09">
        <w:rPr>
          <w:rFonts w:eastAsia="SimSun"/>
          <w:lang w:eastAsia="zh-CN"/>
        </w:rPr>
        <w:t>Young Investigator Awards will be offered to both oral abstract presenters and poster presenters.</w:t>
      </w:r>
    </w:p>
    <w:p w14:paraId="1FA39491" w14:textId="77777777" w:rsidR="00886721" w:rsidRDefault="00886721"/>
    <w:p w14:paraId="61873692" w14:textId="77777777" w:rsidR="00886721" w:rsidRPr="00994C81" w:rsidRDefault="00CA40B8">
      <w:pPr>
        <w:rPr>
          <w:b/>
          <w:bCs/>
        </w:rPr>
      </w:pPr>
      <w:r w:rsidRPr="00994C81">
        <w:rPr>
          <w:b/>
          <w:bCs/>
        </w:rPr>
        <w:t>Requirements:</w:t>
      </w:r>
    </w:p>
    <w:p w14:paraId="1B456C36" w14:textId="7BC98674" w:rsidR="00886721" w:rsidRPr="00FF6B09" w:rsidRDefault="00FF6B09" w:rsidP="00FF6B09">
      <w:pPr>
        <w:pStyle w:val="ListParagraph"/>
        <w:numPr>
          <w:ilvl w:val="0"/>
          <w:numId w:val="10"/>
        </w:numPr>
      </w:pPr>
      <w:r w:rsidRPr="00FF6B09">
        <w:t xml:space="preserve">Applicants must be </w:t>
      </w:r>
      <w:r w:rsidR="00F465C4">
        <w:t>40</w:t>
      </w:r>
      <w:r w:rsidRPr="00FF6B09">
        <w:t xml:space="preserve"> years old or younger, </w:t>
      </w:r>
      <w:r>
        <w:rPr>
          <w:rFonts w:eastAsia="SimSun" w:hint="eastAsia"/>
          <w:lang w:eastAsia="zh-CN"/>
        </w:rPr>
        <w:t>OR</w:t>
      </w:r>
      <w:r w:rsidRPr="00FF6B09">
        <w:t xml:space="preserve"> within 5 years of obtaining their MD or PhD degree.</w:t>
      </w:r>
    </w:p>
    <w:p w14:paraId="2B00BCC0" w14:textId="12E71FFB" w:rsidR="00CF4FAA" w:rsidRDefault="00FF6B09" w:rsidP="00CF4FAA">
      <w:pPr>
        <w:pStyle w:val="ListParagraph"/>
        <w:numPr>
          <w:ilvl w:val="0"/>
          <w:numId w:val="10"/>
        </w:numPr>
      </w:pPr>
      <w:r w:rsidRPr="00FF6B09">
        <w:t xml:space="preserve">The applicant must present the </w:t>
      </w:r>
      <w:r>
        <w:rPr>
          <w:rFonts w:eastAsia="SimSun" w:hint="eastAsia"/>
          <w:lang w:eastAsia="zh-CN"/>
        </w:rPr>
        <w:t>accepted</w:t>
      </w:r>
      <w:r w:rsidRPr="00FF6B09">
        <w:t xml:space="preserve"> abstract at ASSM </w:t>
      </w:r>
      <w:r w:rsidR="004D744E">
        <w:t xml:space="preserve">interim meeting </w:t>
      </w:r>
      <w:r w:rsidRPr="00FF6B09">
        <w:t>2026, either as an oral or poster presentation.</w:t>
      </w:r>
    </w:p>
    <w:p w14:paraId="035E1878" w14:textId="77777777" w:rsidR="00242AD2" w:rsidRPr="00242AD2" w:rsidRDefault="00242AD2" w:rsidP="005027DD">
      <w:pPr>
        <w:pStyle w:val="ListParagraph"/>
      </w:pPr>
    </w:p>
    <w:p w14:paraId="08C7DA96" w14:textId="77777777" w:rsidR="00242AD2" w:rsidRPr="00994C81" w:rsidRDefault="00242AD2" w:rsidP="00242AD2">
      <w:pPr>
        <w:rPr>
          <w:b/>
          <w:bCs/>
        </w:rPr>
      </w:pPr>
      <w:r w:rsidRPr="00994C81">
        <w:rPr>
          <w:b/>
          <w:bCs/>
        </w:rPr>
        <w:t>Application Process</w:t>
      </w:r>
    </w:p>
    <w:p w14:paraId="761961EA" w14:textId="686F9753" w:rsidR="00242AD2" w:rsidRDefault="00242AD2" w:rsidP="00242AD2">
      <w:r>
        <w:t xml:space="preserve">STEP ONE – Submit your abstract online </w:t>
      </w:r>
      <w:r w:rsidR="003E1887">
        <w:t>and indicating oral presentation or poster only</w:t>
      </w:r>
      <w:r>
        <w:t>.</w:t>
      </w:r>
    </w:p>
    <w:p w14:paraId="46CE3B67" w14:textId="2E1D96D4" w:rsidR="00242AD2" w:rsidRDefault="00242AD2" w:rsidP="00242AD2">
      <w:r>
        <w:t>STEP TWO – Please fill out the form below</w:t>
      </w:r>
      <w:r>
        <w:rPr>
          <w:rFonts w:eastAsia="SimSun" w:hint="eastAsia"/>
          <w:lang w:eastAsia="zh-CN"/>
        </w:rPr>
        <w:t xml:space="preserve"> and send to </w:t>
      </w:r>
      <w:hyperlink r:id="rId9" w:history="1">
        <w:r w:rsidR="00D54467">
          <w:rPr>
            <w:rStyle w:val="Hyperlink"/>
            <w:rFonts w:eastAsia="SimSun"/>
            <w:lang w:eastAsia="zh-CN"/>
          </w:rPr>
          <w:t>assm-interimmeeting2026@cuhk.edu.hk</w:t>
        </w:r>
      </w:hyperlink>
      <w:r>
        <w:t>.</w:t>
      </w:r>
    </w:p>
    <w:p w14:paraId="06CE00B8" w14:textId="77777777" w:rsidR="00242AD2" w:rsidRDefault="00242AD2">
      <w:pPr>
        <w:rPr>
          <w:b/>
          <w:bCs/>
        </w:rPr>
      </w:pPr>
    </w:p>
    <w:p w14:paraId="2C53944F" w14:textId="2C7C5A91" w:rsidR="00886721" w:rsidRPr="00242AD2" w:rsidRDefault="00CA40B8">
      <w:pPr>
        <w:rPr>
          <w:b/>
          <w:bCs/>
        </w:rPr>
      </w:pPr>
      <w:r w:rsidRPr="00994C81">
        <w:rPr>
          <w:b/>
          <w:bCs/>
        </w:rPr>
        <w:t>Deadline:</w:t>
      </w:r>
      <w:r w:rsidR="00242AD2">
        <w:rPr>
          <w:b/>
          <w:bCs/>
        </w:rPr>
        <w:t xml:space="preserve"> </w:t>
      </w:r>
      <w:r w:rsidR="00242AD2" w:rsidRPr="00242AD2">
        <w:rPr>
          <w:rFonts w:eastAsia="SimSun"/>
          <w:b/>
          <w:bCs/>
          <w:color w:val="000000" w:themeColor="text1"/>
          <w:lang w:eastAsia="zh-CN"/>
        </w:rPr>
        <w:t>17 Jul</w:t>
      </w:r>
      <w:r w:rsidR="004D744E">
        <w:rPr>
          <w:rFonts w:eastAsia="SimSun"/>
          <w:b/>
          <w:bCs/>
          <w:color w:val="000000" w:themeColor="text1"/>
          <w:lang w:eastAsia="zh-CN"/>
        </w:rPr>
        <w:t>,</w:t>
      </w:r>
      <w:r w:rsidR="00242AD2" w:rsidRPr="00242AD2">
        <w:rPr>
          <w:rFonts w:eastAsia="SimSun"/>
          <w:b/>
          <w:bCs/>
          <w:color w:val="000000" w:themeColor="text1"/>
          <w:lang w:eastAsia="zh-CN"/>
        </w:rPr>
        <w:t xml:space="preserve"> 2026</w:t>
      </w:r>
    </w:p>
    <w:p w14:paraId="7DCA05B4" w14:textId="49AF4622" w:rsidR="00886721" w:rsidRPr="00242AD2" w:rsidRDefault="003E1887" w:rsidP="00242AD2">
      <w:pPr>
        <w:spacing w:after="200" w:line="276" w:lineRule="auto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The award recipients will be notified by </w:t>
      </w:r>
      <w:r w:rsidR="005027DD">
        <w:rPr>
          <w:rFonts w:eastAsia="SimSun"/>
          <w:lang w:eastAsia="zh-CN"/>
        </w:rPr>
        <w:t xml:space="preserve">1 </w:t>
      </w:r>
      <w:proofErr w:type="gramStart"/>
      <w:r w:rsidR="005027DD">
        <w:rPr>
          <w:rFonts w:eastAsia="SimSun"/>
          <w:lang w:eastAsia="zh-CN"/>
        </w:rPr>
        <w:t>Aug</w:t>
      </w:r>
      <w:r w:rsidR="004D744E">
        <w:rPr>
          <w:rFonts w:eastAsia="SimSun"/>
          <w:lang w:eastAsia="zh-CN"/>
        </w:rPr>
        <w:t>,</w:t>
      </w:r>
      <w:proofErr w:type="gramEnd"/>
      <w:r w:rsidR="005027DD">
        <w:rPr>
          <w:rFonts w:eastAsia="SimSun"/>
          <w:lang w:eastAsia="zh-CN"/>
        </w:rPr>
        <w:t xml:space="preserve"> 2026</w:t>
      </w:r>
      <w:r w:rsidR="004D744E">
        <w:rPr>
          <w:rFonts w:eastAsia="SimSun"/>
          <w:lang w:eastAsia="zh-CN"/>
        </w:rPr>
        <w:t>.</w:t>
      </w:r>
      <w:r w:rsidR="00242AD2">
        <w:rPr>
          <w:rFonts w:eastAsia="SimSun"/>
          <w:lang w:eastAsia="zh-C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7"/>
        <w:gridCol w:w="5519"/>
      </w:tblGrid>
      <w:tr w:rsidR="00F3524C" w14:paraId="56FDB3E9" w14:textId="77777777" w:rsidTr="005434C2">
        <w:tc>
          <w:tcPr>
            <w:tcW w:w="10682" w:type="dxa"/>
            <w:gridSpan w:val="2"/>
            <w:vAlign w:val="center"/>
          </w:tcPr>
          <w:p w14:paraId="65B11EF6" w14:textId="7C0BA029" w:rsidR="00F3524C" w:rsidRDefault="00F3524C" w:rsidP="00343CA9">
            <w:r w:rsidRPr="00A84F28">
              <w:rPr>
                <w:b/>
                <w:bCs/>
              </w:rPr>
              <w:lastRenderedPageBreak/>
              <w:t xml:space="preserve">Section 1: </w:t>
            </w:r>
            <w:r w:rsidRPr="00973565">
              <w:t>Please list your contact information and abstract details.</w:t>
            </w:r>
          </w:p>
        </w:tc>
      </w:tr>
      <w:tr w:rsidR="00994C81" w14:paraId="72E90EFC" w14:textId="77777777" w:rsidTr="00343CA9">
        <w:tc>
          <w:tcPr>
            <w:tcW w:w="3888" w:type="dxa"/>
            <w:vAlign w:val="center"/>
          </w:tcPr>
          <w:p w14:paraId="27791067" w14:textId="6FAF294C" w:rsidR="00994C81" w:rsidRPr="00A84F28" w:rsidRDefault="00994C81" w:rsidP="00343CA9">
            <w:pPr>
              <w:rPr>
                <w:b/>
                <w:bCs/>
              </w:rPr>
            </w:pPr>
            <w:r w:rsidRPr="00A84F28">
              <w:rPr>
                <w:b/>
                <w:bCs/>
              </w:rPr>
              <w:t>Full Name:</w:t>
            </w:r>
          </w:p>
        </w:tc>
        <w:tc>
          <w:tcPr>
            <w:tcW w:w="6794" w:type="dxa"/>
            <w:vAlign w:val="center"/>
          </w:tcPr>
          <w:p w14:paraId="6A770433" w14:textId="77777777" w:rsidR="00994C81" w:rsidRDefault="00994C81" w:rsidP="00343CA9"/>
        </w:tc>
      </w:tr>
      <w:tr w:rsidR="00994C81" w14:paraId="296D14F8" w14:textId="77777777" w:rsidTr="00343CA9">
        <w:tc>
          <w:tcPr>
            <w:tcW w:w="3888" w:type="dxa"/>
            <w:vAlign w:val="center"/>
          </w:tcPr>
          <w:p w14:paraId="71F0E06A" w14:textId="3633F591" w:rsidR="00994C81" w:rsidRPr="00A84F28" w:rsidRDefault="00CA40B8" w:rsidP="00343CA9">
            <w:pPr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Age (years)</w:t>
            </w:r>
          </w:p>
        </w:tc>
        <w:tc>
          <w:tcPr>
            <w:tcW w:w="6794" w:type="dxa"/>
            <w:vAlign w:val="center"/>
          </w:tcPr>
          <w:p w14:paraId="40DE40EA" w14:textId="77777777" w:rsidR="00994C81" w:rsidRDefault="00994C81" w:rsidP="00343CA9"/>
        </w:tc>
      </w:tr>
      <w:tr w:rsidR="00994C81" w14:paraId="28981EA2" w14:textId="77777777" w:rsidTr="00343CA9">
        <w:tc>
          <w:tcPr>
            <w:tcW w:w="3888" w:type="dxa"/>
            <w:vAlign w:val="center"/>
          </w:tcPr>
          <w:p w14:paraId="58CA3E44" w14:textId="62EAB45C" w:rsidR="00994C81" w:rsidRPr="00A84F28" w:rsidRDefault="00994C81" w:rsidP="00343CA9">
            <w:pPr>
              <w:rPr>
                <w:b/>
                <w:bCs/>
              </w:rPr>
            </w:pPr>
            <w:r w:rsidRPr="00A84F28">
              <w:rPr>
                <w:b/>
                <w:bCs/>
              </w:rPr>
              <w:t>Email:</w:t>
            </w:r>
          </w:p>
        </w:tc>
        <w:tc>
          <w:tcPr>
            <w:tcW w:w="6794" w:type="dxa"/>
            <w:vAlign w:val="center"/>
          </w:tcPr>
          <w:p w14:paraId="61C39E2D" w14:textId="77777777" w:rsidR="00994C81" w:rsidRDefault="00994C81" w:rsidP="00343CA9"/>
        </w:tc>
      </w:tr>
      <w:tr w:rsidR="00994C81" w14:paraId="355E5A7D" w14:textId="77777777" w:rsidTr="00343CA9">
        <w:tc>
          <w:tcPr>
            <w:tcW w:w="3888" w:type="dxa"/>
            <w:vAlign w:val="center"/>
          </w:tcPr>
          <w:p w14:paraId="6EDBF11C" w14:textId="1B06E166" w:rsidR="00994C81" w:rsidRPr="00A84F28" w:rsidRDefault="00A84F28" w:rsidP="00343CA9">
            <w:pPr>
              <w:rPr>
                <w:rFonts w:eastAsia="SimSun"/>
                <w:b/>
                <w:bCs/>
                <w:lang w:eastAsia="zh-CN"/>
              </w:rPr>
            </w:pPr>
            <w:r w:rsidRPr="00A84F28">
              <w:rPr>
                <w:rFonts w:eastAsia="SimSun" w:hint="eastAsia"/>
                <w:b/>
                <w:bCs/>
                <w:lang w:eastAsia="zh-CN"/>
              </w:rPr>
              <w:t>Position:</w:t>
            </w:r>
          </w:p>
        </w:tc>
        <w:tc>
          <w:tcPr>
            <w:tcW w:w="6794" w:type="dxa"/>
            <w:vAlign w:val="center"/>
          </w:tcPr>
          <w:p w14:paraId="06BDAB39" w14:textId="77777777" w:rsidR="00994C81" w:rsidRDefault="00994C81" w:rsidP="00343CA9"/>
        </w:tc>
      </w:tr>
      <w:tr w:rsidR="00A84F28" w14:paraId="26FF77B2" w14:textId="77777777" w:rsidTr="00343CA9">
        <w:tc>
          <w:tcPr>
            <w:tcW w:w="3888" w:type="dxa"/>
            <w:vAlign w:val="center"/>
          </w:tcPr>
          <w:p w14:paraId="2D506301" w14:textId="64AC0D6A" w:rsidR="00A84F28" w:rsidRPr="00A84F28" w:rsidRDefault="00A84F28" w:rsidP="00343CA9">
            <w:pPr>
              <w:rPr>
                <w:rFonts w:eastAsia="SimSun"/>
                <w:b/>
                <w:bCs/>
                <w:lang w:eastAsia="zh-CN"/>
              </w:rPr>
            </w:pPr>
            <w:r w:rsidRPr="00A84F28">
              <w:rPr>
                <w:rFonts w:eastAsia="SimSun" w:hint="eastAsia"/>
                <w:b/>
                <w:bCs/>
                <w:lang w:eastAsia="zh-CN"/>
              </w:rPr>
              <w:t>Affiliation:</w:t>
            </w:r>
          </w:p>
        </w:tc>
        <w:tc>
          <w:tcPr>
            <w:tcW w:w="6794" w:type="dxa"/>
            <w:vAlign w:val="center"/>
          </w:tcPr>
          <w:p w14:paraId="7FF2F720" w14:textId="77777777" w:rsidR="00A84F28" w:rsidRDefault="00A84F28" w:rsidP="00343CA9"/>
        </w:tc>
      </w:tr>
      <w:tr w:rsidR="00994C81" w14:paraId="24D37E4C" w14:textId="77777777" w:rsidTr="00343CA9">
        <w:tc>
          <w:tcPr>
            <w:tcW w:w="3888" w:type="dxa"/>
            <w:vAlign w:val="center"/>
          </w:tcPr>
          <w:p w14:paraId="7FC22A66" w14:textId="15CDB98F" w:rsidR="00994C81" w:rsidRPr="00A84F28" w:rsidRDefault="00994C81" w:rsidP="00343CA9">
            <w:pPr>
              <w:rPr>
                <w:b/>
                <w:bCs/>
              </w:rPr>
            </w:pPr>
            <w:r w:rsidRPr="00A84F28">
              <w:rPr>
                <w:b/>
                <w:bCs/>
              </w:rPr>
              <w:t>Date of MD/PhD Completion:</w:t>
            </w:r>
          </w:p>
        </w:tc>
        <w:tc>
          <w:tcPr>
            <w:tcW w:w="6794" w:type="dxa"/>
            <w:vAlign w:val="center"/>
          </w:tcPr>
          <w:p w14:paraId="56E185B6" w14:textId="77777777" w:rsidR="00994C81" w:rsidRDefault="00994C81" w:rsidP="00343CA9"/>
        </w:tc>
      </w:tr>
      <w:tr w:rsidR="00994C81" w14:paraId="037BE6CC" w14:textId="77777777" w:rsidTr="00343CA9">
        <w:tc>
          <w:tcPr>
            <w:tcW w:w="3888" w:type="dxa"/>
            <w:vAlign w:val="center"/>
          </w:tcPr>
          <w:p w14:paraId="77326891" w14:textId="68EA277A" w:rsidR="00994C81" w:rsidRPr="00A84F28" w:rsidRDefault="00994C81" w:rsidP="00343CA9">
            <w:pPr>
              <w:rPr>
                <w:b/>
                <w:bCs/>
              </w:rPr>
            </w:pPr>
            <w:r w:rsidRPr="00A84F28">
              <w:rPr>
                <w:b/>
                <w:bCs/>
              </w:rPr>
              <w:t>Title of Abstract:</w:t>
            </w:r>
          </w:p>
        </w:tc>
        <w:tc>
          <w:tcPr>
            <w:tcW w:w="6794" w:type="dxa"/>
            <w:vAlign w:val="center"/>
          </w:tcPr>
          <w:p w14:paraId="63E28101" w14:textId="77777777" w:rsidR="00994C81" w:rsidRDefault="00994C81" w:rsidP="00343CA9"/>
        </w:tc>
      </w:tr>
      <w:tr w:rsidR="00994C81" w14:paraId="52718AEF" w14:textId="77777777" w:rsidTr="00242AD2"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14:paraId="07C4139B" w14:textId="354C5A07" w:rsidR="00994C81" w:rsidRPr="00A84F28" w:rsidRDefault="00994C81" w:rsidP="00343CA9">
            <w:pPr>
              <w:rPr>
                <w:b/>
                <w:bCs/>
              </w:rPr>
            </w:pPr>
            <w:r w:rsidRPr="00A84F28">
              <w:rPr>
                <w:b/>
                <w:bCs/>
              </w:rPr>
              <w:t>Abstract Number:</w:t>
            </w:r>
          </w:p>
        </w:tc>
        <w:tc>
          <w:tcPr>
            <w:tcW w:w="6794" w:type="dxa"/>
            <w:tcBorders>
              <w:bottom w:val="single" w:sz="4" w:space="0" w:color="auto"/>
            </w:tcBorders>
            <w:vAlign w:val="center"/>
          </w:tcPr>
          <w:p w14:paraId="0830C7E7" w14:textId="77777777" w:rsidR="00994C81" w:rsidRDefault="00994C81" w:rsidP="00343CA9"/>
        </w:tc>
      </w:tr>
      <w:tr w:rsidR="00F3524C" w14:paraId="360F5DC8" w14:textId="77777777" w:rsidTr="00242AD2">
        <w:tc>
          <w:tcPr>
            <w:tcW w:w="10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54330" w14:textId="77777777" w:rsidR="00F3524C" w:rsidRDefault="00F3524C" w:rsidP="00343CA9"/>
        </w:tc>
      </w:tr>
      <w:tr w:rsidR="00F3524C" w14:paraId="111071F7" w14:textId="77777777" w:rsidTr="00242AD2">
        <w:tc>
          <w:tcPr>
            <w:tcW w:w="10682" w:type="dxa"/>
            <w:gridSpan w:val="2"/>
            <w:tcBorders>
              <w:top w:val="single" w:sz="4" w:space="0" w:color="auto"/>
            </w:tcBorders>
            <w:vAlign w:val="center"/>
          </w:tcPr>
          <w:p w14:paraId="7A1BA185" w14:textId="5DC21DB3" w:rsidR="00F3524C" w:rsidRDefault="00F3524C" w:rsidP="00F3524C">
            <w:r w:rsidRPr="00A84F28">
              <w:rPr>
                <w:b/>
                <w:bCs/>
              </w:rPr>
              <w:t xml:space="preserve">Section 2: </w:t>
            </w:r>
            <w:r w:rsidRPr="00973565">
              <w:t>Please list the contact details of a mentor or advisor who can verify you meet the requirements.</w:t>
            </w:r>
          </w:p>
        </w:tc>
      </w:tr>
      <w:tr w:rsidR="00F3524C" w14:paraId="6AE67C74" w14:textId="77777777" w:rsidTr="00343CA9">
        <w:tc>
          <w:tcPr>
            <w:tcW w:w="3888" w:type="dxa"/>
            <w:vAlign w:val="center"/>
          </w:tcPr>
          <w:p w14:paraId="64079886" w14:textId="1CB54D01" w:rsidR="00F3524C" w:rsidRPr="00A84F28" w:rsidRDefault="00F3524C" w:rsidP="00F3524C">
            <w:pPr>
              <w:rPr>
                <w:b/>
                <w:bCs/>
              </w:rPr>
            </w:pPr>
            <w:r w:rsidRPr="00A84F28">
              <w:rPr>
                <w:b/>
                <w:bCs/>
              </w:rPr>
              <w:t>Mentor/Advisor</w:t>
            </w:r>
            <w:r w:rsidRPr="00A84F28">
              <w:rPr>
                <w:rFonts w:eastAsia="SimSun" w:hint="eastAsia"/>
                <w:b/>
                <w:bCs/>
                <w:lang w:eastAsia="zh-CN"/>
              </w:rPr>
              <w:t xml:space="preserve"> Name:</w:t>
            </w:r>
          </w:p>
        </w:tc>
        <w:tc>
          <w:tcPr>
            <w:tcW w:w="6794" w:type="dxa"/>
            <w:vAlign w:val="center"/>
          </w:tcPr>
          <w:p w14:paraId="12734338" w14:textId="77777777" w:rsidR="00F3524C" w:rsidRDefault="00F3524C" w:rsidP="00F3524C"/>
        </w:tc>
      </w:tr>
      <w:tr w:rsidR="00F3524C" w14:paraId="2B825678" w14:textId="77777777" w:rsidTr="00343CA9">
        <w:tc>
          <w:tcPr>
            <w:tcW w:w="3888" w:type="dxa"/>
            <w:vAlign w:val="center"/>
          </w:tcPr>
          <w:p w14:paraId="7A987A9A" w14:textId="7257D8AE" w:rsidR="00F3524C" w:rsidRPr="00A84F28" w:rsidRDefault="00F3524C" w:rsidP="00F3524C">
            <w:pPr>
              <w:rPr>
                <w:b/>
                <w:bCs/>
              </w:rPr>
            </w:pPr>
            <w:r w:rsidRPr="00A84F28">
              <w:rPr>
                <w:b/>
                <w:bCs/>
              </w:rPr>
              <w:t>Mentor/Advisor</w:t>
            </w:r>
            <w:r w:rsidRPr="00A84F28">
              <w:rPr>
                <w:rFonts w:eastAsia="SimSun" w:hint="eastAsia"/>
                <w:b/>
                <w:bCs/>
                <w:lang w:eastAsia="zh-CN"/>
              </w:rPr>
              <w:t xml:space="preserve"> Email:</w:t>
            </w:r>
          </w:p>
        </w:tc>
        <w:tc>
          <w:tcPr>
            <w:tcW w:w="6794" w:type="dxa"/>
            <w:vAlign w:val="center"/>
          </w:tcPr>
          <w:p w14:paraId="46A4634D" w14:textId="77777777" w:rsidR="00F3524C" w:rsidRDefault="00F3524C" w:rsidP="00F3524C"/>
        </w:tc>
      </w:tr>
      <w:tr w:rsidR="00F3524C" w14:paraId="01EF9EFF" w14:textId="77777777" w:rsidTr="00343CA9">
        <w:tc>
          <w:tcPr>
            <w:tcW w:w="3888" w:type="dxa"/>
            <w:vAlign w:val="center"/>
          </w:tcPr>
          <w:p w14:paraId="60D155E7" w14:textId="2F2089B1" w:rsidR="00F3524C" w:rsidRPr="00A84F28" w:rsidRDefault="00F3524C" w:rsidP="00F3524C">
            <w:pPr>
              <w:rPr>
                <w:b/>
                <w:bCs/>
              </w:rPr>
            </w:pPr>
            <w:r w:rsidRPr="00A84F28">
              <w:rPr>
                <w:b/>
                <w:bCs/>
              </w:rPr>
              <w:t>Mentor/Advisor</w:t>
            </w:r>
            <w:r w:rsidRPr="00A84F28">
              <w:rPr>
                <w:rFonts w:eastAsia="SimSun" w:hint="eastAsia"/>
                <w:b/>
                <w:bCs/>
                <w:lang w:eastAsia="zh-CN"/>
              </w:rPr>
              <w:t xml:space="preserve"> Position:</w:t>
            </w:r>
          </w:p>
        </w:tc>
        <w:tc>
          <w:tcPr>
            <w:tcW w:w="6794" w:type="dxa"/>
            <w:vAlign w:val="center"/>
          </w:tcPr>
          <w:p w14:paraId="59D9571B" w14:textId="77777777" w:rsidR="00F3524C" w:rsidRDefault="00F3524C" w:rsidP="00F3524C"/>
        </w:tc>
      </w:tr>
      <w:tr w:rsidR="00F3524C" w14:paraId="699CCC39" w14:textId="77777777" w:rsidTr="00242AD2"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14:paraId="04E967F8" w14:textId="0E4F1628" w:rsidR="00F3524C" w:rsidRPr="00A84F28" w:rsidRDefault="00F3524C" w:rsidP="00F3524C">
            <w:pPr>
              <w:rPr>
                <w:b/>
                <w:bCs/>
              </w:rPr>
            </w:pPr>
            <w:r w:rsidRPr="00A84F28">
              <w:rPr>
                <w:b/>
                <w:bCs/>
              </w:rPr>
              <w:t>Mentor/Advisor</w:t>
            </w:r>
            <w:r w:rsidRPr="00A84F28">
              <w:rPr>
                <w:rFonts w:eastAsia="SimSun" w:hint="eastAsia"/>
                <w:b/>
                <w:bCs/>
                <w:lang w:eastAsia="zh-CN"/>
              </w:rPr>
              <w:t xml:space="preserve"> Affiliation:</w:t>
            </w:r>
          </w:p>
        </w:tc>
        <w:tc>
          <w:tcPr>
            <w:tcW w:w="6794" w:type="dxa"/>
            <w:tcBorders>
              <w:bottom w:val="single" w:sz="4" w:space="0" w:color="auto"/>
            </w:tcBorders>
            <w:vAlign w:val="center"/>
          </w:tcPr>
          <w:p w14:paraId="094650F7" w14:textId="77777777" w:rsidR="00F3524C" w:rsidRDefault="00F3524C" w:rsidP="00F3524C"/>
        </w:tc>
      </w:tr>
      <w:tr w:rsidR="00F3524C" w14:paraId="1394CFF5" w14:textId="77777777" w:rsidTr="00242AD2">
        <w:tc>
          <w:tcPr>
            <w:tcW w:w="10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1A1B1" w14:textId="77777777" w:rsidR="00F3524C" w:rsidRDefault="00F3524C" w:rsidP="00F3524C"/>
        </w:tc>
      </w:tr>
      <w:tr w:rsidR="00F3524C" w14:paraId="7CBD1FCC" w14:textId="77777777" w:rsidTr="00242AD2">
        <w:tc>
          <w:tcPr>
            <w:tcW w:w="10682" w:type="dxa"/>
            <w:gridSpan w:val="2"/>
            <w:tcBorders>
              <w:top w:val="single" w:sz="4" w:space="0" w:color="auto"/>
            </w:tcBorders>
            <w:vAlign w:val="center"/>
          </w:tcPr>
          <w:p w14:paraId="09C24426" w14:textId="2FDE01F8" w:rsidR="00F3524C" w:rsidRPr="00F3524C" w:rsidRDefault="00F3524C" w:rsidP="00F3524C">
            <w:pPr>
              <w:rPr>
                <w:rFonts w:eastAsia="SimSun"/>
                <w:b/>
                <w:bCs/>
                <w:lang w:eastAsia="zh-CN"/>
              </w:rPr>
            </w:pPr>
            <w:r w:rsidRPr="00343CA9">
              <w:rPr>
                <w:b/>
                <w:bCs/>
              </w:rPr>
              <w:t xml:space="preserve">Section 3: </w:t>
            </w:r>
            <w:r w:rsidR="004C521B" w:rsidRPr="004C521B">
              <w:t xml:space="preserve">Please submit your </w:t>
            </w:r>
            <w:proofErr w:type="spellStart"/>
            <w:r w:rsidR="004C521B" w:rsidRPr="004C521B">
              <w:t>biosketch</w:t>
            </w:r>
            <w:proofErr w:type="spellEnd"/>
            <w:r w:rsidR="004C521B" w:rsidRPr="004C521B">
              <w:t xml:space="preserve"> and a personal letter highlighting the significance and impact of your submitted work to sleep medicine, and your reasons for applying for this award.</w:t>
            </w:r>
          </w:p>
        </w:tc>
      </w:tr>
      <w:tr w:rsidR="00F3524C" w14:paraId="3A40B39E" w14:textId="77777777" w:rsidTr="00F3524C">
        <w:trPr>
          <w:trHeight w:val="3716"/>
        </w:trPr>
        <w:tc>
          <w:tcPr>
            <w:tcW w:w="3888" w:type="dxa"/>
            <w:vAlign w:val="center"/>
          </w:tcPr>
          <w:p w14:paraId="56E91B97" w14:textId="702B236B" w:rsidR="00F3524C" w:rsidRPr="00A84F28" w:rsidRDefault="00F3524C" w:rsidP="00F3524C">
            <w:pPr>
              <w:rPr>
                <w:b/>
                <w:bCs/>
              </w:rPr>
            </w:pPr>
            <w:proofErr w:type="spellStart"/>
            <w:r w:rsidRPr="00343CA9">
              <w:rPr>
                <w:b/>
                <w:bCs/>
              </w:rPr>
              <w:t>Biosketch</w:t>
            </w:r>
            <w:proofErr w:type="spellEnd"/>
            <w:r w:rsidRPr="00343CA9">
              <w:rPr>
                <w:b/>
                <w:bCs/>
              </w:rPr>
              <w:t xml:space="preserve"> (max 200 words)</w:t>
            </w:r>
          </w:p>
        </w:tc>
        <w:tc>
          <w:tcPr>
            <w:tcW w:w="6794" w:type="dxa"/>
            <w:vAlign w:val="center"/>
          </w:tcPr>
          <w:p w14:paraId="47D46558" w14:textId="77777777" w:rsidR="00F3524C" w:rsidRDefault="00F3524C" w:rsidP="00F3524C"/>
        </w:tc>
      </w:tr>
      <w:tr w:rsidR="00F3524C" w14:paraId="35D1D3B3" w14:textId="77777777" w:rsidTr="00F3524C">
        <w:trPr>
          <w:trHeight w:val="4130"/>
        </w:trPr>
        <w:tc>
          <w:tcPr>
            <w:tcW w:w="3888" w:type="dxa"/>
            <w:vAlign w:val="center"/>
          </w:tcPr>
          <w:p w14:paraId="7B61862D" w14:textId="41FABFD9" w:rsidR="00F3524C" w:rsidRPr="00A84F28" w:rsidRDefault="00F3524C" w:rsidP="00F3524C">
            <w:pPr>
              <w:rPr>
                <w:b/>
                <w:bCs/>
              </w:rPr>
            </w:pPr>
            <w:r w:rsidRPr="00343CA9">
              <w:rPr>
                <w:b/>
                <w:bCs/>
              </w:rPr>
              <w:lastRenderedPageBreak/>
              <w:t>Personal Letter (max 200 words)</w:t>
            </w:r>
          </w:p>
        </w:tc>
        <w:tc>
          <w:tcPr>
            <w:tcW w:w="6794" w:type="dxa"/>
            <w:vAlign w:val="center"/>
          </w:tcPr>
          <w:p w14:paraId="67655745" w14:textId="77777777" w:rsidR="00F3524C" w:rsidRDefault="00F3524C" w:rsidP="00F3524C"/>
        </w:tc>
      </w:tr>
    </w:tbl>
    <w:p w14:paraId="07281983" w14:textId="77777777" w:rsidR="00886721" w:rsidRPr="00973565" w:rsidRDefault="00886721" w:rsidP="00F3524C">
      <w:pPr>
        <w:rPr>
          <w:rFonts w:eastAsia="SimSun"/>
          <w:lang w:eastAsia="zh-CN"/>
        </w:rPr>
      </w:pPr>
    </w:p>
    <w:sectPr w:rsidR="00886721" w:rsidRPr="00973565" w:rsidSect="00242AD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5591" w14:textId="77777777" w:rsidR="00E13BDE" w:rsidRDefault="00E13BDE" w:rsidP="00CA40B8">
      <w:pPr>
        <w:spacing w:line="240" w:lineRule="auto"/>
      </w:pPr>
      <w:r>
        <w:separator/>
      </w:r>
    </w:p>
  </w:endnote>
  <w:endnote w:type="continuationSeparator" w:id="0">
    <w:p w14:paraId="23BD3CF5" w14:textId="77777777" w:rsidR="00E13BDE" w:rsidRDefault="00E13BDE" w:rsidP="00CA40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E3156" w14:textId="77777777" w:rsidR="00E13BDE" w:rsidRDefault="00E13BDE" w:rsidP="00CA40B8">
      <w:pPr>
        <w:spacing w:line="240" w:lineRule="auto"/>
      </w:pPr>
      <w:r>
        <w:separator/>
      </w:r>
    </w:p>
  </w:footnote>
  <w:footnote w:type="continuationSeparator" w:id="0">
    <w:p w14:paraId="4422C67A" w14:textId="77777777" w:rsidR="00E13BDE" w:rsidRDefault="00E13BDE" w:rsidP="00CA40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C345FB"/>
    <w:multiLevelType w:val="hybridMultilevel"/>
    <w:tmpl w:val="D1C64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400619">
    <w:abstractNumId w:val="8"/>
  </w:num>
  <w:num w:numId="2" w16cid:durableId="2094887825">
    <w:abstractNumId w:val="6"/>
  </w:num>
  <w:num w:numId="3" w16cid:durableId="233273806">
    <w:abstractNumId w:val="5"/>
  </w:num>
  <w:num w:numId="4" w16cid:durableId="1190727286">
    <w:abstractNumId w:val="4"/>
  </w:num>
  <w:num w:numId="5" w16cid:durableId="834146961">
    <w:abstractNumId w:val="7"/>
  </w:num>
  <w:num w:numId="6" w16cid:durableId="1565020341">
    <w:abstractNumId w:val="3"/>
  </w:num>
  <w:num w:numId="7" w16cid:durableId="398137068">
    <w:abstractNumId w:val="2"/>
  </w:num>
  <w:num w:numId="8" w16cid:durableId="400251672">
    <w:abstractNumId w:val="1"/>
  </w:num>
  <w:num w:numId="9" w16cid:durableId="1029338042">
    <w:abstractNumId w:val="0"/>
  </w:num>
  <w:num w:numId="10" w16cid:durableId="375546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75E"/>
    <w:rsid w:val="0006063C"/>
    <w:rsid w:val="001305F8"/>
    <w:rsid w:val="0015074B"/>
    <w:rsid w:val="001B3762"/>
    <w:rsid w:val="00242AD2"/>
    <w:rsid w:val="0029639D"/>
    <w:rsid w:val="00326F90"/>
    <w:rsid w:val="00337F33"/>
    <w:rsid w:val="00343CA9"/>
    <w:rsid w:val="003C4D89"/>
    <w:rsid w:val="003E1887"/>
    <w:rsid w:val="0041177C"/>
    <w:rsid w:val="004C521B"/>
    <w:rsid w:val="004D744E"/>
    <w:rsid w:val="005027DD"/>
    <w:rsid w:val="005B4936"/>
    <w:rsid w:val="005D050F"/>
    <w:rsid w:val="0067686B"/>
    <w:rsid w:val="00686916"/>
    <w:rsid w:val="006E6E64"/>
    <w:rsid w:val="00886721"/>
    <w:rsid w:val="00950F95"/>
    <w:rsid w:val="00973565"/>
    <w:rsid w:val="00994C81"/>
    <w:rsid w:val="009B2641"/>
    <w:rsid w:val="00A05EC0"/>
    <w:rsid w:val="00A6462C"/>
    <w:rsid w:val="00A67CDD"/>
    <w:rsid w:val="00A84F28"/>
    <w:rsid w:val="00AA1D8D"/>
    <w:rsid w:val="00B47730"/>
    <w:rsid w:val="00CA40B8"/>
    <w:rsid w:val="00CB0664"/>
    <w:rsid w:val="00CF4FAA"/>
    <w:rsid w:val="00D54467"/>
    <w:rsid w:val="00E13BDE"/>
    <w:rsid w:val="00E641FD"/>
    <w:rsid w:val="00EA7C41"/>
    <w:rsid w:val="00F12707"/>
    <w:rsid w:val="00F3524C"/>
    <w:rsid w:val="00F465C4"/>
    <w:rsid w:val="00F91C1A"/>
    <w:rsid w:val="00FC693F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DAE7CB"/>
  <w14:defaultImageDpi w14:val="300"/>
  <w15:docId w15:val="{34ECD8C3-9F5D-4539-8B77-E1633011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24C"/>
    <w:pPr>
      <w:spacing w:after="0"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544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ssm-interimmeeting2026@cuhk.edu.hk?subject=Young%20Investigator%20Award%20Appli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Kit Ying Chan (PCI)</cp:lastModifiedBy>
  <cp:revision>4</cp:revision>
  <dcterms:created xsi:type="dcterms:W3CDTF">2026-05-13T12:20:00Z</dcterms:created>
  <dcterms:modified xsi:type="dcterms:W3CDTF">2026-05-18T04:29:00Z</dcterms:modified>
  <cp:category/>
</cp:coreProperties>
</file>